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9615F" w14:textId="52AFB8FD" w:rsidR="0031273B" w:rsidRPr="00E103D1" w:rsidRDefault="00C26729" w:rsidP="00E103D1">
      <w:pPr>
        <w:pStyle w:val="Nagwek1"/>
        <w:spacing w:before="0" w:after="0" w:line="360" w:lineRule="auto"/>
        <w:rPr>
          <w:rFonts w:ascii="Calibri" w:hAnsi="Calibri" w:cs="Calibri"/>
          <w:iCs/>
          <w:sz w:val="32"/>
          <w:szCs w:val="32"/>
          <w:lang w:val="pl-PL"/>
        </w:rPr>
      </w:pPr>
      <w:r w:rsidRPr="00E103D1">
        <w:rPr>
          <w:rFonts w:ascii="Calibri" w:hAnsi="Calibri" w:cs="Calibri"/>
          <w:sz w:val="32"/>
          <w:szCs w:val="32"/>
          <w:lang w:val="pl-PL"/>
        </w:rPr>
        <w:t>Regulamin konkursu literack</w:t>
      </w:r>
      <w:r w:rsidR="00174969">
        <w:rPr>
          <w:rFonts w:ascii="Calibri" w:hAnsi="Calibri" w:cs="Calibri"/>
          <w:sz w:val="32"/>
          <w:szCs w:val="32"/>
          <w:lang w:val="pl-PL"/>
        </w:rPr>
        <w:t>iego</w:t>
      </w:r>
      <w:r w:rsidR="00E103D1" w:rsidRPr="00E103D1">
        <w:rPr>
          <w:rFonts w:ascii="Calibri" w:hAnsi="Calibri" w:cs="Calibri"/>
          <w:iCs/>
          <w:sz w:val="32"/>
          <w:szCs w:val="32"/>
          <w:lang w:val="pl-PL"/>
        </w:rPr>
        <w:t xml:space="preserve"> </w:t>
      </w:r>
      <w:r w:rsidR="0031273B" w:rsidRPr="00E103D1">
        <w:rPr>
          <w:rFonts w:ascii="Calibri" w:hAnsi="Calibri" w:cs="Calibri"/>
          <w:sz w:val="32"/>
          <w:szCs w:val="32"/>
          <w:lang w:val="pl-PL"/>
        </w:rPr>
        <w:t>„Jedna fotografia, wiele historii”</w:t>
      </w:r>
    </w:p>
    <w:p w14:paraId="3AFAEF74" w14:textId="2CBDD29E" w:rsidR="003D6F4E" w:rsidRPr="00E103D1" w:rsidRDefault="00C26729" w:rsidP="00E103D1">
      <w:pPr>
        <w:pStyle w:val="Nagwek2"/>
        <w:spacing w:before="0" w:line="360" w:lineRule="auto"/>
        <w:rPr>
          <w:rFonts w:ascii="Calibri" w:hAnsi="Calibri" w:cs="Calibri"/>
          <w:sz w:val="28"/>
          <w:szCs w:val="28"/>
          <w:lang w:val="pl-PL"/>
        </w:rPr>
      </w:pPr>
      <w:r w:rsidRPr="00E103D1">
        <w:rPr>
          <w:rFonts w:ascii="Calibri" w:hAnsi="Calibri" w:cs="Calibri"/>
          <w:sz w:val="28"/>
          <w:szCs w:val="28"/>
          <w:lang w:val="pl-PL"/>
        </w:rPr>
        <w:t>Cele konkursu</w:t>
      </w:r>
    </w:p>
    <w:p w14:paraId="71F12FCC" w14:textId="77777777" w:rsidR="00E103D1" w:rsidRDefault="00C26729" w:rsidP="00E103D1">
      <w:pPr>
        <w:pStyle w:val="Akapitzlist"/>
        <w:numPr>
          <w:ilvl w:val="0"/>
          <w:numId w:val="10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 xml:space="preserve">Rozwijanie wyobraźni i umiejętności </w:t>
      </w:r>
      <w:r w:rsidR="00E103D1">
        <w:rPr>
          <w:sz w:val="24"/>
          <w:szCs w:val="24"/>
          <w:lang w:val="pl-PL"/>
        </w:rPr>
        <w:t>opowiadania.</w:t>
      </w:r>
    </w:p>
    <w:p w14:paraId="761ACE6C" w14:textId="77777777" w:rsidR="00E103D1" w:rsidRDefault="00E103D1" w:rsidP="00E103D1">
      <w:pPr>
        <w:pStyle w:val="Akapitzlist"/>
        <w:numPr>
          <w:ilvl w:val="0"/>
          <w:numId w:val="10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</w:t>
      </w:r>
      <w:r w:rsidR="00C26729" w:rsidRPr="00E103D1">
        <w:rPr>
          <w:sz w:val="24"/>
          <w:szCs w:val="24"/>
          <w:lang w:val="pl-PL"/>
        </w:rPr>
        <w:t>achęcanie do własnej twórczości literackiej</w:t>
      </w:r>
      <w:r>
        <w:rPr>
          <w:sz w:val="24"/>
          <w:szCs w:val="24"/>
          <w:lang w:val="pl-PL"/>
        </w:rPr>
        <w:t>.</w:t>
      </w:r>
    </w:p>
    <w:p w14:paraId="4CE53F2C" w14:textId="7D6DEE6E" w:rsidR="00181F10" w:rsidRPr="00E103D1" w:rsidRDefault="00E103D1" w:rsidP="00E103D1">
      <w:pPr>
        <w:pStyle w:val="Akapitzlist"/>
        <w:numPr>
          <w:ilvl w:val="0"/>
          <w:numId w:val="10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</w:t>
      </w:r>
      <w:r w:rsidR="00EA1ED4" w:rsidRPr="00E103D1">
        <w:rPr>
          <w:sz w:val="24"/>
          <w:szCs w:val="24"/>
          <w:lang w:val="pl-PL"/>
        </w:rPr>
        <w:t xml:space="preserve">ozwijanie umiejętności tworzenia </w:t>
      </w:r>
      <w:r w:rsidR="00622F5B" w:rsidRPr="00E103D1">
        <w:rPr>
          <w:sz w:val="24"/>
          <w:szCs w:val="24"/>
          <w:lang w:val="pl-PL"/>
        </w:rPr>
        <w:t>spójnych wypowiedzi pisemnych</w:t>
      </w:r>
      <w:r w:rsidR="00C26729" w:rsidRPr="00E103D1">
        <w:rPr>
          <w:sz w:val="24"/>
          <w:szCs w:val="24"/>
          <w:lang w:val="pl-PL"/>
        </w:rPr>
        <w:t xml:space="preserve"> oraz odkrywanie niezwykłych historii w codziennym otoczeniu szkoły.</w:t>
      </w:r>
    </w:p>
    <w:p w14:paraId="534EDFEA" w14:textId="279D781C" w:rsidR="003D6F4E" w:rsidRPr="00E103D1" w:rsidRDefault="00C26729" w:rsidP="00E103D1">
      <w:pPr>
        <w:pStyle w:val="Nagwek2"/>
        <w:spacing w:before="0" w:line="360" w:lineRule="auto"/>
        <w:rPr>
          <w:rFonts w:ascii="Calibri" w:hAnsi="Calibri" w:cs="Calibri"/>
          <w:sz w:val="28"/>
          <w:szCs w:val="28"/>
          <w:lang w:val="pl-PL"/>
        </w:rPr>
      </w:pPr>
      <w:r w:rsidRPr="00E103D1">
        <w:rPr>
          <w:rFonts w:ascii="Calibri" w:hAnsi="Calibri" w:cs="Calibri"/>
          <w:sz w:val="28"/>
          <w:szCs w:val="28"/>
          <w:lang w:val="pl-PL"/>
        </w:rPr>
        <w:t>Uczestnicy</w:t>
      </w:r>
    </w:p>
    <w:p w14:paraId="319B81D9" w14:textId="15C977B8" w:rsidR="00E103D1" w:rsidRDefault="00C26729" w:rsidP="00E103D1">
      <w:pPr>
        <w:pStyle w:val="Akapitzlist"/>
        <w:numPr>
          <w:ilvl w:val="0"/>
          <w:numId w:val="11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 xml:space="preserve">Konkurs jest przeznaczony dla uczniów </w:t>
      </w:r>
      <w:r w:rsidR="00410162">
        <w:rPr>
          <w:sz w:val="24"/>
          <w:szCs w:val="24"/>
          <w:lang w:val="pl-PL"/>
        </w:rPr>
        <w:t>z klas 1-3 Szkoły Podstawowej nr 34 w Warszawie.</w:t>
      </w:r>
    </w:p>
    <w:p w14:paraId="15C0B238" w14:textId="77777777" w:rsidR="00E103D1" w:rsidRDefault="00C26729" w:rsidP="00E103D1">
      <w:pPr>
        <w:pStyle w:val="Akapitzlist"/>
        <w:numPr>
          <w:ilvl w:val="0"/>
          <w:numId w:val="11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>Udział jest dobrowolny i bezpłatny.</w:t>
      </w:r>
    </w:p>
    <w:p w14:paraId="1F2055A4" w14:textId="39EB2381" w:rsidR="003D6F4E" w:rsidRDefault="00C26729" w:rsidP="00E103D1">
      <w:pPr>
        <w:pStyle w:val="Akapitzlist"/>
        <w:numPr>
          <w:ilvl w:val="0"/>
          <w:numId w:val="11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>Prace są oceniane w trzech odrębnych</w:t>
      </w:r>
      <w:r w:rsidR="00E103D1">
        <w:rPr>
          <w:sz w:val="24"/>
          <w:szCs w:val="24"/>
          <w:lang w:val="pl-PL"/>
        </w:rPr>
        <w:t xml:space="preserve"> kategoriach:</w:t>
      </w:r>
    </w:p>
    <w:p w14:paraId="0CBDE8ED" w14:textId="0A59394F" w:rsidR="00E103D1" w:rsidRDefault="00E103D1" w:rsidP="00E103D1">
      <w:pPr>
        <w:pStyle w:val="Akapitzlist"/>
        <w:numPr>
          <w:ilvl w:val="0"/>
          <w:numId w:val="12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klasa pierwsza;</w:t>
      </w:r>
    </w:p>
    <w:p w14:paraId="3DF99393" w14:textId="533A2737" w:rsidR="00E103D1" w:rsidRDefault="00E103D1" w:rsidP="00E103D1">
      <w:pPr>
        <w:pStyle w:val="Akapitzlist"/>
        <w:numPr>
          <w:ilvl w:val="0"/>
          <w:numId w:val="12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klasa druga;</w:t>
      </w:r>
    </w:p>
    <w:p w14:paraId="0EA29EF5" w14:textId="46A063CC" w:rsidR="00E103D1" w:rsidRPr="00E103D1" w:rsidRDefault="00E103D1" w:rsidP="00E103D1">
      <w:pPr>
        <w:pStyle w:val="Akapitzlist"/>
        <w:numPr>
          <w:ilvl w:val="0"/>
          <w:numId w:val="12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klasa trzecia.</w:t>
      </w:r>
    </w:p>
    <w:p w14:paraId="2F7EF044" w14:textId="440607F7" w:rsidR="00E103D1" w:rsidRPr="00E103D1" w:rsidRDefault="00C26729" w:rsidP="00E103D1">
      <w:pPr>
        <w:pStyle w:val="Akapitzlist"/>
        <w:numPr>
          <w:ilvl w:val="0"/>
          <w:numId w:val="11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 xml:space="preserve">Każdy uczestnik może </w:t>
      </w:r>
      <w:r w:rsidR="00622F5B" w:rsidRPr="00E103D1">
        <w:rPr>
          <w:sz w:val="24"/>
          <w:szCs w:val="24"/>
          <w:lang w:val="pl-PL"/>
        </w:rPr>
        <w:t>pisze</w:t>
      </w:r>
      <w:r w:rsidRPr="00E103D1">
        <w:rPr>
          <w:sz w:val="24"/>
          <w:szCs w:val="24"/>
          <w:lang w:val="pl-PL"/>
        </w:rPr>
        <w:t xml:space="preserve"> jedną pracę indywidualną.</w:t>
      </w:r>
    </w:p>
    <w:p w14:paraId="3AC5A893" w14:textId="77777777" w:rsidR="00E103D1" w:rsidRPr="00E103D1" w:rsidRDefault="00E103D1" w:rsidP="00E103D1">
      <w:pPr>
        <w:pStyle w:val="Nagwek2"/>
        <w:spacing w:before="0" w:line="360" w:lineRule="auto"/>
        <w:rPr>
          <w:rFonts w:ascii="Calibri" w:hAnsi="Calibri" w:cs="Calibri"/>
          <w:sz w:val="28"/>
          <w:szCs w:val="28"/>
          <w:lang w:val="pl-PL"/>
        </w:rPr>
      </w:pPr>
      <w:r w:rsidRPr="00E103D1">
        <w:rPr>
          <w:rFonts w:ascii="Calibri" w:hAnsi="Calibri" w:cs="Calibri"/>
          <w:sz w:val="28"/>
          <w:szCs w:val="28"/>
          <w:lang w:val="pl-PL"/>
        </w:rPr>
        <w:t>Zasady konkursu</w:t>
      </w:r>
    </w:p>
    <w:p w14:paraId="6EEABA69" w14:textId="77777777" w:rsidR="00E103D1" w:rsidRDefault="00E103D1" w:rsidP="00E103D1">
      <w:pPr>
        <w:pStyle w:val="Akapitzlist"/>
        <w:numPr>
          <w:ilvl w:val="0"/>
          <w:numId w:val="14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Konkurs </w:t>
      </w:r>
      <w:r w:rsidRPr="00E103D1">
        <w:rPr>
          <w:sz w:val="24"/>
          <w:szCs w:val="24"/>
          <w:lang w:val="pl-PL"/>
        </w:rPr>
        <w:t>inspirowany fotografiami wykonanymi w szkole.</w:t>
      </w:r>
    </w:p>
    <w:p w14:paraId="12039842" w14:textId="77777777" w:rsidR="00E103D1" w:rsidRDefault="00C26729" w:rsidP="00E103D1">
      <w:pPr>
        <w:pStyle w:val="Akapitzlist"/>
        <w:numPr>
          <w:ilvl w:val="0"/>
          <w:numId w:val="14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 xml:space="preserve">Organizator udostępnia wszystkim uczestnikom ten sam zestaw </w:t>
      </w:r>
      <w:r w:rsidR="00E103D1">
        <w:rPr>
          <w:sz w:val="24"/>
          <w:szCs w:val="24"/>
          <w:lang w:val="pl-PL"/>
        </w:rPr>
        <w:t xml:space="preserve">od trzech do pięciu </w:t>
      </w:r>
      <w:r w:rsidRPr="00E103D1">
        <w:rPr>
          <w:sz w:val="24"/>
          <w:szCs w:val="24"/>
          <w:lang w:val="pl-PL"/>
        </w:rPr>
        <w:t>ponumerowanych fotografii wykonanych w szkole lub na jej terenie.</w:t>
      </w:r>
    </w:p>
    <w:p w14:paraId="056E8BB3" w14:textId="77777777" w:rsidR="00E103D1" w:rsidRDefault="00C26729" w:rsidP="00E103D1">
      <w:pPr>
        <w:pStyle w:val="Akapitzlist"/>
        <w:numPr>
          <w:ilvl w:val="0"/>
          <w:numId w:val="14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>Zdjęcia przedstawiają miejsca, przedmioty lub detale szkolnej codzienności, np. pusty korytarz, uchylone drzwi, zagubion</w:t>
      </w:r>
      <w:r w:rsidR="00622F5B" w:rsidRPr="00E103D1">
        <w:rPr>
          <w:sz w:val="24"/>
          <w:szCs w:val="24"/>
          <w:lang w:val="pl-PL"/>
        </w:rPr>
        <w:t>y plecak</w:t>
      </w:r>
      <w:r w:rsidRPr="00E103D1">
        <w:rPr>
          <w:sz w:val="24"/>
          <w:szCs w:val="24"/>
          <w:lang w:val="pl-PL"/>
        </w:rPr>
        <w:t xml:space="preserve">, książkę na parapecie albo </w:t>
      </w:r>
      <w:r w:rsidR="00622F5B" w:rsidRPr="00E103D1">
        <w:rPr>
          <w:sz w:val="24"/>
          <w:szCs w:val="24"/>
          <w:lang w:val="pl-PL"/>
        </w:rPr>
        <w:t>mikroskop na boisku</w:t>
      </w:r>
      <w:r w:rsidRPr="00E103D1">
        <w:rPr>
          <w:sz w:val="24"/>
          <w:szCs w:val="24"/>
          <w:lang w:val="pl-PL"/>
        </w:rPr>
        <w:t>. Organizator wybiera kadry bez rozpoznawalnych osób i widocznych danych osobowych.</w:t>
      </w:r>
    </w:p>
    <w:p w14:paraId="5635A9FC" w14:textId="0DC2CE3C" w:rsidR="00181F10" w:rsidRPr="00E103D1" w:rsidRDefault="00C26729" w:rsidP="00E103D1">
      <w:pPr>
        <w:pStyle w:val="Akapitzlist"/>
        <w:numPr>
          <w:ilvl w:val="0"/>
          <w:numId w:val="14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>Uczestnik wybiera jedną fotografię. Nie musi wykonywać ani przynosić własnego zdjęcia.</w:t>
      </w:r>
    </w:p>
    <w:p w14:paraId="27D8BFD4" w14:textId="6EAD6731" w:rsidR="003D6F4E" w:rsidRPr="00E103D1" w:rsidRDefault="00C26729" w:rsidP="00E103D1">
      <w:pPr>
        <w:pStyle w:val="Nagwek2"/>
        <w:spacing w:before="0" w:line="360" w:lineRule="auto"/>
        <w:rPr>
          <w:rFonts w:ascii="Calibri" w:hAnsi="Calibri" w:cs="Calibri"/>
          <w:sz w:val="28"/>
          <w:szCs w:val="28"/>
          <w:lang w:val="pl-PL"/>
        </w:rPr>
      </w:pPr>
      <w:r w:rsidRPr="00E103D1">
        <w:rPr>
          <w:rFonts w:ascii="Calibri" w:hAnsi="Calibri" w:cs="Calibri"/>
          <w:sz w:val="28"/>
          <w:szCs w:val="28"/>
          <w:lang w:val="pl-PL"/>
        </w:rPr>
        <w:t>Zadanie konkursowe</w:t>
      </w:r>
    </w:p>
    <w:p w14:paraId="596B4EBF" w14:textId="77777777" w:rsidR="00E103D1" w:rsidRDefault="00C26729" w:rsidP="00E103D1">
      <w:pPr>
        <w:pStyle w:val="Akapitzlist"/>
        <w:numPr>
          <w:ilvl w:val="0"/>
          <w:numId w:val="15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>Ob</w:t>
      </w:r>
      <w:r w:rsidR="00E103D1">
        <w:rPr>
          <w:sz w:val="24"/>
          <w:szCs w:val="24"/>
          <w:lang w:val="pl-PL"/>
        </w:rPr>
        <w:t>ejrzyj zdjęcia i wybierz jedno.</w:t>
      </w:r>
    </w:p>
    <w:p w14:paraId="5D211886" w14:textId="77777777" w:rsidR="00E103D1" w:rsidRDefault="00C26729" w:rsidP="00E103D1">
      <w:pPr>
        <w:pStyle w:val="Akapitzlist"/>
        <w:numPr>
          <w:ilvl w:val="0"/>
          <w:numId w:val="15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>Wymyśl historię, która mogła się tam wydarzyć. Kto jest bohaterem? Co niezwykłego go spotka</w:t>
      </w:r>
      <w:r w:rsidR="00E103D1">
        <w:rPr>
          <w:sz w:val="24"/>
          <w:szCs w:val="24"/>
          <w:lang w:val="pl-PL"/>
        </w:rPr>
        <w:t>ło? Jak skończyła się przygoda?</w:t>
      </w:r>
    </w:p>
    <w:p w14:paraId="31C0BA23" w14:textId="77777777" w:rsidR="00E103D1" w:rsidRDefault="00C26729" w:rsidP="00E103D1">
      <w:pPr>
        <w:pStyle w:val="Akapitzlist"/>
        <w:numPr>
          <w:ilvl w:val="0"/>
          <w:numId w:val="15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>Nadaj opowieści własny tytuł.</w:t>
      </w:r>
    </w:p>
    <w:p w14:paraId="21188EDD" w14:textId="77777777" w:rsidR="00E103D1" w:rsidRDefault="00C26729" w:rsidP="00E103D1">
      <w:pPr>
        <w:pStyle w:val="Akapitzlist"/>
        <w:numPr>
          <w:ilvl w:val="0"/>
          <w:numId w:val="15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>Zdj</w:t>
      </w:r>
      <w:r w:rsidR="00E103D1">
        <w:rPr>
          <w:sz w:val="24"/>
          <w:szCs w:val="24"/>
          <w:lang w:val="pl-PL"/>
        </w:rPr>
        <w:t>ęcie jest początkiem opowieści.</w:t>
      </w:r>
    </w:p>
    <w:p w14:paraId="5F8771F7" w14:textId="77777777" w:rsidR="00E103D1" w:rsidRDefault="00C26729" w:rsidP="00E103D1">
      <w:pPr>
        <w:pStyle w:val="Akapitzlist"/>
        <w:numPr>
          <w:ilvl w:val="0"/>
          <w:numId w:val="15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>Tekst powinien przedstawiać wydarzenia, a n</w:t>
      </w:r>
      <w:r w:rsidR="00E103D1">
        <w:rPr>
          <w:sz w:val="24"/>
          <w:szCs w:val="24"/>
          <w:lang w:val="pl-PL"/>
        </w:rPr>
        <w:t>ie jedynie opisywać fotografię.</w:t>
      </w:r>
    </w:p>
    <w:p w14:paraId="67C60EB6" w14:textId="35F05206" w:rsidR="003D6F4E" w:rsidRPr="00E103D1" w:rsidRDefault="00C26729" w:rsidP="00E103D1">
      <w:pPr>
        <w:pStyle w:val="Akapitzlist"/>
        <w:numPr>
          <w:ilvl w:val="0"/>
          <w:numId w:val="15"/>
        </w:numPr>
        <w:spacing w:after="0" w:line="360" w:lineRule="auto"/>
        <w:rPr>
          <w:sz w:val="24"/>
          <w:szCs w:val="24"/>
          <w:lang w:val="pl-PL"/>
        </w:rPr>
      </w:pPr>
      <w:r w:rsidRPr="00E103D1">
        <w:rPr>
          <w:sz w:val="24"/>
          <w:szCs w:val="24"/>
          <w:lang w:val="pl-PL"/>
        </w:rPr>
        <w:t>Historia może być realistyczna, fantastyczna, zabawna lub wzruszająca. Jej bohaterem może zostać również szkolny przedmiot.</w:t>
      </w:r>
    </w:p>
    <w:p w14:paraId="1812462C" w14:textId="5FC684BD" w:rsidR="003D6F4E" w:rsidRPr="00174969" w:rsidRDefault="00C26729" w:rsidP="00E103D1">
      <w:pPr>
        <w:pStyle w:val="Nagwek2"/>
        <w:spacing w:before="0" w:line="360" w:lineRule="auto"/>
        <w:rPr>
          <w:rFonts w:ascii="Calibri" w:hAnsi="Calibri" w:cs="Calibri"/>
          <w:sz w:val="28"/>
          <w:szCs w:val="28"/>
          <w:lang w:val="pl-PL"/>
        </w:rPr>
      </w:pPr>
      <w:r w:rsidRPr="00174969">
        <w:rPr>
          <w:rFonts w:ascii="Calibri" w:hAnsi="Calibri" w:cs="Calibri"/>
          <w:sz w:val="28"/>
          <w:szCs w:val="28"/>
          <w:lang w:val="pl-PL"/>
        </w:rPr>
        <w:lastRenderedPageBreak/>
        <w:t>Forma i samodzielność pracy</w:t>
      </w:r>
    </w:p>
    <w:p w14:paraId="61570B52" w14:textId="77777777" w:rsidR="00E103D1" w:rsidRDefault="00E103D1" w:rsidP="00E103D1">
      <w:pPr>
        <w:pStyle w:val="Akapitzlist"/>
        <w:numPr>
          <w:ilvl w:val="0"/>
          <w:numId w:val="16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Klasa pierwsza</w:t>
      </w:r>
      <w:r w:rsidR="00C26729" w:rsidRPr="00E103D1">
        <w:rPr>
          <w:sz w:val="24"/>
          <w:szCs w:val="24"/>
          <w:lang w:val="pl-PL"/>
        </w:rPr>
        <w:t xml:space="preserve">: krótka opowieść </w:t>
      </w:r>
      <w:r w:rsidR="00CB4562" w:rsidRPr="00E103D1">
        <w:rPr>
          <w:sz w:val="24"/>
          <w:szCs w:val="24"/>
          <w:lang w:val="pl-PL"/>
        </w:rPr>
        <w:t>, może być zbliżona do opisu. Powinna liczyć minimum 30 słów.</w:t>
      </w:r>
    </w:p>
    <w:p w14:paraId="758A7D19" w14:textId="515EC8F7" w:rsidR="00076B46" w:rsidRDefault="004D10DD" w:rsidP="00E103D1">
      <w:pPr>
        <w:pStyle w:val="Akapitzlist"/>
        <w:numPr>
          <w:ilvl w:val="0"/>
          <w:numId w:val="16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Klasy drugie i trzecie</w:t>
      </w:r>
      <w:r w:rsidR="00C26729" w:rsidRPr="00E103D1">
        <w:rPr>
          <w:sz w:val="24"/>
          <w:szCs w:val="24"/>
          <w:lang w:val="pl-PL"/>
        </w:rPr>
        <w:t xml:space="preserve">: samodzielnie napisane opowiadanie. </w:t>
      </w:r>
      <w:r w:rsidR="00CB4562" w:rsidRPr="00E103D1">
        <w:rPr>
          <w:sz w:val="24"/>
          <w:szCs w:val="24"/>
          <w:lang w:val="pl-PL"/>
        </w:rPr>
        <w:t>Powinno liczyć minimum 50 słów.</w:t>
      </w:r>
    </w:p>
    <w:p w14:paraId="2813F9EE" w14:textId="610F3333" w:rsidR="00181F10" w:rsidRPr="00076B46" w:rsidRDefault="00CB4562" w:rsidP="00E103D1">
      <w:pPr>
        <w:pStyle w:val="Akapitzlist"/>
        <w:numPr>
          <w:ilvl w:val="0"/>
          <w:numId w:val="16"/>
        </w:numPr>
        <w:spacing w:after="0" w:line="360" w:lineRule="auto"/>
        <w:rPr>
          <w:sz w:val="24"/>
          <w:szCs w:val="24"/>
          <w:lang w:val="pl-PL"/>
        </w:rPr>
      </w:pPr>
      <w:r w:rsidRPr="00076B46">
        <w:rPr>
          <w:sz w:val="24"/>
          <w:szCs w:val="24"/>
          <w:lang w:val="pl-PL"/>
        </w:rPr>
        <w:t xml:space="preserve">Czas na wykonanie pracy </w:t>
      </w:r>
      <w:r w:rsidR="00B27079">
        <w:rPr>
          <w:sz w:val="24"/>
          <w:szCs w:val="24"/>
          <w:lang w:val="pl-PL"/>
        </w:rPr>
        <w:t xml:space="preserve">- </w:t>
      </w:r>
      <w:r w:rsidRPr="00076B46">
        <w:rPr>
          <w:sz w:val="24"/>
          <w:szCs w:val="24"/>
          <w:lang w:val="pl-PL"/>
        </w:rPr>
        <w:t xml:space="preserve">60 minut. </w:t>
      </w:r>
    </w:p>
    <w:p w14:paraId="5CE20DBE" w14:textId="0CA62837" w:rsidR="003D6F4E" w:rsidRPr="00076B46" w:rsidRDefault="00C26729" w:rsidP="00076B46">
      <w:pPr>
        <w:pStyle w:val="Nagwek2"/>
        <w:spacing w:before="0" w:line="360" w:lineRule="auto"/>
        <w:rPr>
          <w:rFonts w:ascii="Calibri" w:hAnsi="Calibri" w:cs="Calibri"/>
          <w:sz w:val="28"/>
          <w:szCs w:val="28"/>
          <w:lang w:val="pl-PL"/>
        </w:rPr>
      </w:pPr>
      <w:r w:rsidRPr="00076B46">
        <w:rPr>
          <w:rFonts w:ascii="Calibri" w:hAnsi="Calibri" w:cs="Calibri"/>
          <w:sz w:val="28"/>
          <w:szCs w:val="28"/>
          <w:lang w:val="pl-PL"/>
        </w:rPr>
        <w:t>Zgłoszenie i terminy</w:t>
      </w:r>
    </w:p>
    <w:p w14:paraId="0A48A63B" w14:textId="5C5CA478" w:rsidR="00076B46" w:rsidRDefault="00076B46" w:rsidP="00E103D1">
      <w:pPr>
        <w:pStyle w:val="Akapitzlist"/>
        <w:numPr>
          <w:ilvl w:val="0"/>
          <w:numId w:val="17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Prace zgłaszamy do 24 maja </w:t>
      </w:r>
      <w:r w:rsidR="00CB4562" w:rsidRPr="00076B46">
        <w:rPr>
          <w:sz w:val="24"/>
          <w:szCs w:val="24"/>
          <w:lang w:val="pl-PL"/>
        </w:rPr>
        <w:t>2027</w:t>
      </w:r>
      <w:r>
        <w:rPr>
          <w:sz w:val="24"/>
          <w:szCs w:val="24"/>
          <w:lang w:val="pl-PL"/>
        </w:rPr>
        <w:t xml:space="preserve"> </w:t>
      </w:r>
      <w:r w:rsidR="00CB4562" w:rsidRPr="00076B46">
        <w:rPr>
          <w:sz w:val="24"/>
          <w:szCs w:val="24"/>
          <w:lang w:val="pl-PL"/>
        </w:rPr>
        <w:t>r</w:t>
      </w:r>
      <w:r>
        <w:rPr>
          <w:sz w:val="24"/>
          <w:szCs w:val="24"/>
          <w:lang w:val="pl-PL"/>
        </w:rPr>
        <w:t>oku.</w:t>
      </w:r>
    </w:p>
    <w:p w14:paraId="6B797347" w14:textId="4C62ED96" w:rsidR="00076B46" w:rsidRDefault="00076B46" w:rsidP="00E103D1">
      <w:pPr>
        <w:pStyle w:val="Akapitzlist"/>
        <w:numPr>
          <w:ilvl w:val="0"/>
          <w:numId w:val="17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Prace przesyłamy przez dziennik elektroniczny - </w:t>
      </w:r>
      <w:proofErr w:type="spellStart"/>
      <w:r w:rsidR="00CB4562" w:rsidRPr="00076B46">
        <w:rPr>
          <w:sz w:val="24"/>
          <w:szCs w:val="24"/>
          <w:lang w:val="pl-PL"/>
        </w:rPr>
        <w:t>Librus</w:t>
      </w:r>
      <w:proofErr w:type="spellEnd"/>
      <w:r w:rsidR="00CB4562" w:rsidRPr="00076B46">
        <w:rPr>
          <w:sz w:val="24"/>
          <w:szCs w:val="24"/>
          <w:lang w:val="pl-PL"/>
        </w:rPr>
        <w:t xml:space="preserve"> lub </w:t>
      </w:r>
      <w:r>
        <w:rPr>
          <w:sz w:val="24"/>
          <w:szCs w:val="24"/>
          <w:lang w:val="pl-PL"/>
        </w:rPr>
        <w:t>przynosimy do o</w:t>
      </w:r>
      <w:r w:rsidR="00174969">
        <w:rPr>
          <w:sz w:val="24"/>
          <w:szCs w:val="24"/>
          <w:lang w:val="pl-PL"/>
        </w:rPr>
        <w:t>rganizatora konkursu.</w:t>
      </w:r>
    </w:p>
    <w:p w14:paraId="0E3C06DE" w14:textId="64A481C3" w:rsidR="00076B46" w:rsidRDefault="00076B46" w:rsidP="00E103D1">
      <w:pPr>
        <w:pStyle w:val="Akapitzlist"/>
        <w:numPr>
          <w:ilvl w:val="0"/>
          <w:numId w:val="17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Termin </w:t>
      </w:r>
      <w:r w:rsidR="00051CB7">
        <w:rPr>
          <w:sz w:val="24"/>
          <w:szCs w:val="24"/>
          <w:lang w:val="pl-PL"/>
        </w:rPr>
        <w:t>przeprowadzenia</w:t>
      </w:r>
      <w:r w:rsidR="00174969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konkursu: 31 maja </w:t>
      </w:r>
      <w:r w:rsidR="0092251E" w:rsidRPr="00076B46">
        <w:rPr>
          <w:sz w:val="24"/>
          <w:szCs w:val="24"/>
          <w:lang w:val="pl-PL"/>
        </w:rPr>
        <w:t>2027</w:t>
      </w:r>
      <w:r>
        <w:rPr>
          <w:sz w:val="24"/>
          <w:szCs w:val="24"/>
          <w:lang w:val="pl-PL"/>
        </w:rPr>
        <w:t xml:space="preserve"> roku, o </w:t>
      </w:r>
      <w:r w:rsidR="0092251E" w:rsidRPr="00076B46">
        <w:rPr>
          <w:sz w:val="24"/>
          <w:szCs w:val="24"/>
          <w:lang w:val="pl-PL"/>
        </w:rPr>
        <w:t>9</w:t>
      </w:r>
      <w:r w:rsidR="00174969">
        <w:rPr>
          <w:sz w:val="24"/>
          <w:szCs w:val="24"/>
          <w:lang w:val="pl-PL"/>
        </w:rPr>
        <w:t>:</w:t>
      </w:r>
      <w:r>
        <w:rPr>
          <w:sz w:val="24"/>
          <w:szCs w:val="24"/>
          <w:lang w:val="pl-PL"/>
        </w:rPr>
        <w:t>00 - sala 26.</w:t>
      </w:r>
    </w:p>
    <w:p w14:paraId="1F74654E" w14:textId="3323E07C" w:rsidR="00181F10" w:rsidRPr="00076B46" w:rsidRDefault="00C26729" w:rsidP="00E103D1">
      <w:pPr>
        <w:pStyle w:val="Akapitzlist"/>
        <w:numPr>
          <w:ilvl w:val="0"/>
          <w:numId w:val="17"/>
        </w:numPr>
        <w:spacing w:after="0" w:line="360" w:lineRule="auto"/>
        <w:rPr>
          <w:sz w:val="24"/>
          <w:szCs w:val="24"/>
          <w:lang w:val="pl-PL"/>
        </w:rPr>
      </w:pPr>
      <w:r w:rsidRPr="00076B46">
        <w:rPr>
          <w:sz w:val="24"/>
          <w:szCs w:val="24"/>
          <w:lang w:val="pl-PL"/>
        </w:rPr>
        <w:t>Ogłoszenie wyników</w:t>
      </w:r>
      <w:r w:rsidR="00076B46">
        <w:rPr>
          <w:sz w:val="24"/>
          <w:szCs w:val="24"/>
          <w:lang w:val="pl-PL"/>
        </w:rPr>
        <w:t xml:space="preserve"> nastąpi 7 czerwca </w:t>
      </w:r>
      <w:r w:rsidR="0092251E" w:rsidRPr="00076B46">
        <w:rPr>
          <w:sz w:val="24"/>
          <w:szCs w:val="24"/>
          <w:lang w:val="pl-PL"/>
        </w:rPr>
        <w:t>2027</w:t>
      </w:r>
      <w:r w:rsidR="00076B46">
        <w:rPr>
          <w:sz w:val="24"/>
          <w:szCs w:val="24"/>
          <w:lang w:val="pl-PL"/>
        </w:rPr>
        <w:t xml:space="preserve"> roku przez dziennik elektroniczny – </w:t>
      </w:r>
      <w:proofErr w:type="spellStart"/>
      <w:r w:rsidR="0092251E" w:rsidRPr="00076B46">
        <w:rPr>
          <w:sz w:val="24"/>
          <w:szCs w:val="24"/>
          <w:lang w:val="pl-PL"/>
        </w:rPr>
        <w:t>Libru</w:t>
      </w:r>
      <w:r w:rsidR="00181F10" w:rsidRPr="00076B46">
        <w:rPr>
          <w:sz w:val="24"/>
          <w:szCs w:val="24"/>
          <w:lang w:val="pl-PL"/>
        </w:rPr>
        <w:t>s</w:t>
      </w:r>
      <w:proofErr w:type="spellEnd"/>
      <w:r w:rsidR="00065E6C">
        <w:rPr>
          <w:sz w:val="24"/>
          <w:szCs w:val="24"/>
          <w:lang w:val="pl-PL"/>
        </w:rPr>
        <w:t xml:space="preserve"> oraz na stronie internetowej </w:t>
      </w:r>
      <w:bookmarkStart w:id="0" w:name="_GoBack"/>
      <w:bookmarkEnd w:id="0"/>
      <w:r w:rsidR="00065E6C">
        <w:rPr>
          <w:sz w:val="24"/>
          <w:szCs w:val="24"/>
          <w:lang w:val="pl-PL"/>
        </w:rPr>
        <w:t>szkoły.</w:t>
      </w:r>
    </w:p>
    <w:p w14:paraId="598ED16F" w14:textId="4D458B23" w:rsidR="003D6F4E" w:rsidRPr="00076B46" w:rsidRDefault="00C26729" w:rsidP="00076B46">
      <w:pPr>
        <w:pStyle w:val="Nagwek2"/>
        <w:spacing w:before="0" w:line="360" w:lineRule="auto"/>
        <w:rPr>
          <w:rFonts w:ascii="Calibri" w:hAnsi="Calibri" w:cs="Calibri"/>
          <w:sz w:val="28"/>
          <w:szCs w:val="28"/>
          <w:lang w:val="pl-PL"/>
        </w:rPr>
      </w:pPr>
      <w:r w:rsidRPr="00076B46">
        <w:rPr>
          <w:rFonts w:ascii="Calibri" w:hAnsi="Calibri" w:cs="Calibri"/>
          <w:sz w:val="28"/>
          <w:szCs w:val="28"/>
          <w:lang w:val="pl-PL"/>
        </w:rPr>
        <w:t>Ocena prac</w:t>
      </w:r>
    </w:p>
    <w:p w14:paraId="3B599630" w14:textId="77777777" w:rsidR="00076B46" w:rsidRDefault="00C26729" w:rsidP="00076B46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  <w:lang w:val="pl-PL"/>
        </w:rPr>
      </w:pPr>
      <w:r w:rsidRPr="00076B46">
        <w:rPr>
          <w:sz w:val="24"/>
          <w:szCs w:val="24"/>
          <w:lang w:val="pl-PL"/>
        </w:rPr>
        <w:t>Prace ocenia komisja powołana przez organizatora</w:t>
      </w:r>
      <w:r w:rsidR="00076B46">
        <w:rPr>
          <w:sz w:val="24"/>
          <w:szCs w:val="24"/>
          <w:lang w:val="pl-PL"/>
        </w:rPr>
        <w:t xml:space="preserve"> konkursu.</w:t>
      </w:r>
    </w:p>
    <w:p w14:paraId="57057F0B" w14:textId="62F3BAFE" w:rsidR="003D6F4E" w:rsidRPr="00076B46" w:rsidRDefault="00C26729" w:rsidP="00076B46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  <w:lang w:val="pl-PL"/>
        </w:rPr>
      </w:pPr>
      <w:r w:rsidRPr="00076B46">
        <w:rPr>
          <w:sz w:val="24"/>
          <w:szCs w:val="24"/>
          <w:lang w:val="pl-PL"/>
        </w:rPr>
        <w:t xml:space="preserve">Każdy tekst może otrzymać maksymalnie </w:t>
      </w:r>
      <w:r w:rsidR="0092251E" w:rsidRPr="00076B46">
        <w:rPr>
          <w:sz w:val="24"/>
          <w:szCs w:val="24"/>
          <w:lang w:val="pl-PL"/>
        </w:rPr>
        <w:t>25</w:t>
      </w:r>
      <w:r w:rsidRPr="00076B46">
        <w:rPr>
          <w:sz w:val="24"/>
          <w:szCs w:val="24"/>
          <w:lang w:val="pl-PL"/>
        </w:rPr>
        <w:t xml:space="preserve"> punktów:</w:t>
      </w:r>
    </w:p>
    <w:p w14:paraId="6D7C0C0F" w14:textId="77777777" w:rsidR="00076B46" w:rsidRDefault="00076B46" w:rsidP="00E103D1">
      <w:pPr>
        <w:pStyle w:val="Akapitzlist"/>
        <w:numPr>
          <w:ilvl w:val="0"/>
          <w:numId w:val="19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</w:t>
      </w:r>
      <w:r w:rsidR="00C26729" w:rsidRPr="00076B46">
        <w:rPr>
          <w:sz w:val="24"/>
          <w:szCs w:val="24"/>
          <w:lang w:val="pl-PL"/>
        </w:rPr>
        <w:t>omysłowość i oryginalność historii: 0-5 punktów</w:t>
      </w:r>
      <w:r>
        <w:rPr>
          <w:sz w:val="24"/>
          <w:szCs w:val="24"/>
          <w:lang w:val="pl-PL"/>
        </w:rPr>
        <w:t>;</w:t>
      </w:r>
    </w:p>
    <w:p w14:paraId="1C354B00" w14:textId="77777777" w:rsidR="00076B46" w:rsidRDefault="00076B46" w:rsidP="00E103D1">
      <w:pPr>
        <w:pStyle w:val="Akapitzlist"/>
        <w:numPr>
          <w:ilvl w:val="0"/>
          <w:numId w:val="19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</w:t>
      </w:r>
      <w:r w:rsidR="00E21447" w:rsidRPr="00076B46">
        <w:rPr>
          <w:sz w:val="24"/>
          <w:szCs w:val="24"/>
          <w:lang w:val="pl-PL"/>
        </w:rPr>
        <w:t>rozumiały przebieg wydarzeń: 0-5 punkty.</w:t>
      </w:r>
    </w:p>
    <w:p w14:paraId="55F4FAE3" w14:textId="77777777" w:rsidR="00076B46" w:rsidRDefault="00076B46" w:rsidP="00E103D1">
      <w:pPr>
        <w:pStyle w:val="Akapitzlist"/>
        <w:numPr>
          <w:ilvl w:val="0"/>
          <w:numId w:val="19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</w:t>
      </w:r>
      <w:r w:rsidR="00C26729" w:rsidRPr="00076B46">
        <w:rPr>
          <w:sz w:val="24"/>
          <w:szCs w:val="24"/>
          <w:lang w:val="pl-PL"/>
        </w:rPr>
        <w:t>wiązek opowieści z</w:t>
      </w:r>
      <w:r>
        <w:rPr>
          <w:sz w:val="24"/>
          <w:szCs w:val="24"/>
          <w:lang w:val="pl-PL"/>
        </w:rPr>
        <w:t xml:space="preserve"> wybraną fotografią: 0-4 punkty;</w:t>
      </w:r>
    </w:p>
    <w:p w14:paraId="37CB9900" w14:textId="77777777" w:rsidR="00076B46" w:rsidRDefault="00076B46" w:rsidP="00E103D1">
      <w:pPr>
        <w:pStyle w:val="Akapitzlist"/>
        <w:numPr>
          <w:ilvl w:val="0"/>
          <w:numId w:val="19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</w:t>
      </w:r>
      <w:r w:rsidR="0092251E" w:rsidRPr="00076B46">
        <w:rPr>
          <w:sz w:val="24"/>
          <w:szCs w:val="24"/>
          <w:lang w:val="pl-PL"/>
        </w:rPr>
        <w:t>odanie bohatera, miejsca wydarzeń,</w:t>
      </w:r>
      <w:r w:rsidR="00E21447" w:rsidRPr="00076B46">
        <w:rPr>
          <w:sz w:val="24"/>
          <w:szCs w:val="24"/>
          <w:lang w:val="pl-PL"/>
        </w:rPr>
        <w:t xml:space="preserve"> podanie oryginalnego tytułu: 0-</w:t>
      </w:r>
      <w:r w:rsidR="0092251E" w:rsidRPr="00076B46">
        <w:rPr>
          <w:sz w:val="24"/>
          <w:szCs w:val="24"/>
          <w:lang w:val="pl-PL"/>
        </w:rPr>
        <w:t xml:space="preserve"> </w:t>
      </w:r>
      <w:r w:rsidR="00E21447" w:rsidRPr="00076B46">
        <w:rPr>
          <w:sz w:val="24"/>
          <w:szCs w:val="24"/>
          <w:lang w:val="pl-PL"/>
        </w:rPr>
        <w:t>3</w:t>
      </w:r>
      <w:r w:rsidR="0092251E" w:rsidRPr="00076B46">
        <w:rPr>
          <w:sz w:val="24"/>
          <w:szCs w:val="24"/>
          <w:lang w:val="pl-PL"/>
        </w:rPr>
        <w:t xml:space="preserve"> punkty</w:t>
      </w:r>
      <w:r>
        <w:rPr>
          <w:sz w:val="24"/>
          <w:szCs w:val="24"/>
          <w:lang w:val="pl-PL"/>
        </w:rPr>
        <w:t>;</w:t>
      </w:r>
    </w:p>
    <w:p w14:paraId="4866301E" w14:textId="77777777" w:rsidR="00076B46" w:rsidRDefault="00076B46" w:rsidP="00E103D1">
      <w:pPr>
        <w:pStyle w:val="Akapitzlist"/>
        <w:numPr>
          <w:ilvl w:val="0"/>
          <w:numId w:val="19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</w:t>
      </w:r>
      <w:r w:rsidR="0092251E" w:rsidRPr="00076B46">
        <w:rPr>
          <w:sz w:val="24"/>
          <w:szCs w:val="24"/>
          <w:lang w:val="pl-PL"/>
        </w:rPr>
        <w:t>ompozycja pracy (wstęp, rozwin</w:t>
      </w:r>
      <w:r>
        <w:rPr>
          <w:sz w:val="24"/>
          <w:szCs w:val="24"/>
          <w:lang w:val="pl-PL"/>
        </w:rPr>
        <w:t>ięcie, zakończenie): 0-3 punkty;</w:t>
      </w:r>
    </w:p>
    <w:p w14:paraId="73DB1BB9" w14:textId="77777777" w:rsidR="00076B46" w:rsidRDefault="00076B46" w:rsidP="00E103D1">
      <w:pPr>
        <w:pStyle w:val="Akapitzlist"/>
        <w:numPr>
          <w:ilvl w:val="0"/>
          <w:numId w:val="19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sposób opowiadania (</w:t>
      </w:r>
      <w:r w:rsidR="00C26729" w:rsidRPr="00076B46">
        <w:rPr>
          <w:sz w:val="24"/>
          <w:szCs w:val="24"/>
          <w:lang w:val="pl-PL"/>
        </w:rPr>
        <w:t>ciekawe słowa, dialog lub humor</w:t>
      </w:r>
      <w:r>
        <w:rPr>
          <w:sz w:val="24"/>
          <w:szCs w:val="24"/>
          <w:lang w:val="pl-PL"/>
        </w:rPr>
        <w:t>)</w:t>
      </w:r>
      <w:r w:rsidR="00C26729" w:rsidRPr="00076B46">
        <w:rPr>
          <w:sz w:val="24"/>
          <w:szCs w:val="24"/>
          <w:lang w:val="pl-PL"/>
        </w:rPr>
        <w:t>: 0-</w:t>
      </w:r>
      <w:r w:rsidR="00E21447" w:rsidRPr="00076B46">
        <w:rPr>
          <w:sz w:val="24"/>
          <w:szCs w:val="24"/>
          <w:lang w:val="pl-PL"/>
        </w:rPr>
        <w:t>3</w:t>
      </w:r>
      <w:r>
        <w:rPr>
          <w:sz w:val="24"/>
          <w:szCs w:val="24"/>
          <w:lang w:val="pl-PL"/>
        </w:rPr>
        <w:t xml:space="preserve"> punkty;</w:t>
      </w:r>
    </w:p>
    <w:p w14:paraId="3CE1FC96" w14:textId="7B0E6FD5" w:rsidR="00E21447" w:rsidRPr="00076B46" w:rsidRDefault="00076B46" w:rsidP="00E103D1">
      <w:pPr>
        <w:pStyle w:val="Akapitzlist"/>
        <w:numPr>
          <w:ilvl w:val="0"/>
          <w:numId w:val="19"/>
        </w:numPr>
        <w:spacing w:after="0"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c</w:t>
      </w:r>
      <w:r w:rsidR="00E21447" w:rsidRPr="00076B46">
        <w:rPr>
          <w:sz w:val="24"/>
          <w:szCs w:val="24"/>
          <w:lang w:val="pl-PL"/>
        </w:rPr>
        <w:t>zytelny zapis i estetyka pracy: 0-2 punkty</w:t>
      </w:r>
      <w:r>
        <w:rPr>
          <w:sz w:val="24"/>
          <w:szCs w:val="24"/>
          <w:lang w:val="pl-PL"/>
        </w:rPr>
        <w:t>.</w:t>
      </w:r>
    </w:p>
    <w:p w14:paraId="3EC2C807" w14:textId="77777777" w:rsidR="00076B46" w:rsidRDefault="00C26729" w:rsidP="00076B46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  <w:lang w:val="pl-PL"/>
        </w:rPr>
      </w:pPr>
      <w:r w:rsidRPr="00076B46">
        <w:rPr>
          <w:sz w:val="24"/>
          <w:szCs w:val="24"/>
          <w:lang w:val="pl-PL"/>
        </w:rPr>
        <w:t>Komisja uwzglę</w:t>
      </w:r>
      <w:r w:rsidR="00076B46">
        <w:rPr>
          <w:sz w:val="24"/>
          <w:szCs w:val="24"/>
          <w:lang w:val="pl-PL"/>
        </w:rPr>
        <w:t>dnia wiek i możliwości uczniów.</w:t>
      </w:r>
    </w:p>
    <w:p w14:paraId="05B80694" w14:textId="77777777" w:rsidR="00076B46" w:rsidRDefault="00C26729" w:rsidP="00076B46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  <w:lang w:val="pl-PL"/>
        </w:rPr>
      </w:pPr>
      <w:r w:rsidRPr="00076B46">
        <w:rPr>
          <w:sz w:val="24"/>
          <w:szCs w:val="24"/>
          <w:lang w:val="pl-PL"/>
        </w:rPr>
        <w:t>Błędy ortograficzne i interpun</w:t>
      </w:r>
      <w:r w:rsidR="00076B46">
        <w:rPr>
          <w:sz w:val="24"/>
          <w:szCs w:val="24"/>
          <w:lang w:val="pl-PL"/>
        </w:rPr>
        <w:t>kcyjne nie podlegają punktacji.</w:t>
      </w:r>
    </w:p>
    <w:p w14:paraId="282D984B" w14:textId="77777777" w:rsidR="00076B46" w:rsidRDefault="00C26729" w:rsidP="00076B46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  <w:lang w:val="pl-PL"/>
        </w:rPr>
      </w:pPr>
      <w:r w:rsidRPr="00076B46">
        <w:rPr>
          <w:sz w:val="24"/>
          <w:szCs w:val="24"/>
          <w:lang w:val="pl-PL"/>
        </w:rPr>
        <w:t>Długość prac</w:t>
      </w:r>
      <w:r w:rsidR="00076B46">
        <w:rPr>
          <w:sz w:val="24"/>
          <w:szCs w:val="24"/>
          <w:lang w:val="pl-PL"/>
        </w:rPr>
        <w:t>y nie daje dodatkowych punktów.</w:t>
      </w:r>
    </w:p>
    <w:p w14:paraId="74DDA093" w14:textId="77777777" w:rsidR="00076B46" w:rsidRDefault="00C26729" w:rsidP="00076B46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  <w:lang w:val="pl-PL"/>
        </w:rPr>
      </w:pPr>
      <w:r w:rsidRPr="00076B46">
        <w:rPr>
          <w:sz w:val="24"/>
          <w:szCs w:val="24"/>
          <w:lang w:val="pl-PL"/>
        </w:rPr>
        <w:t>Przy remisie decyduje wyższa ocena za pomysłowość, na</w:t>
      </w:r>
      <w:r w:rsidR="00076B46">
        <w:rPr>
          <w:sz w:val="24"/>
          <w:szCs w:val="24"/>
          <w:lang w:val="pl-PL"/>
        </w:rPr>
        <w:t>stępnie za związek ze zdjęciem.</w:t>
      </w:r>
    </w:p>
    <w:p w14:paraId="070DB1BE" w14:textId="467632B2" w:rsidR="00181F10" w:rsidRPr="00076B46" w:rsidRDefault="00C26729" w:rsidP="00076B46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  <w:lang w:val="pl-PL"/>
        </w:rPr>
      </w:pPr>
      <w:r w:rsidRPr="00076B46">
        <w:rPr>
          <w:sz w:val="24"/>
          <w:szCs w:val="24"/>
          <w:lang w:val="pl-PL"/>
        </w:rPr>
        <w:t>D</w:t>
      </w:r>
      <w:r w:rsidR="00076B46">
        <w:rPr>
          <w:sz w:val="24"/>
          <w:szCs w:val="24"/>
          <w:lang w:val="pl-PL"/>
        </w:rPr>
        <w:t xml:space="preserve">opuszcza się miejsca ex </w:t>
      </w:r>
      <w:r w:rsidR="00076B46" w:rsidRPr="00076B46">
        <w:rPr>
          <w:sz w:val="24"/>
          <w:szCs w:val="24"/>
          <w:lang w:val="pl-PL"/>
        </w:rPr>
        <w:t>aequo</w:t>
      </w:r>
      <w:r w:rsidRPr="00076B46">
        <w:rPr>
          <w:sz w:val="24"/>
          <w:szCs w:val="24"/>
          <w:lang w:val="pl-PL"/>
        </w:rPr>
        <w:t>.</w:t>
      </w:r>
    </w:p>
    <w:p w14:paraId="0F499A74" w14:textId="48C0A0E0" w:rsidR="003D6F4E" w:rsidRPr="00076B46" w:rsidRDefault="00C26729" w:rsidP="00076B46">
      <w:pPr>
        <w:pStyle w:val="Nagwek2"/>
        <w:spacing w:before="0" w:line="360" w:lineRule="auto"/>
        <w:rPr>
          <w:rFonts w:ascii="Calibri" w:hAnsi="Calibri" w:cs="Calibri"/>
          <w:sz w:val="28"/>
          <w:szCs w:val="28"/>
          <w:lang w:val="pl-PL"/>
        </w:rPr>
      </w:pPr>
      <w:r w:rsidRPr="00076B46">
        <w:rPr>
          <w:rFonts w:ascii="Calibri" w:hAnsi="Calibri" w:cs="Calibri"/>
          <w:sz w:val="28"/>
          <w:szCs w:val="28"/>
          <w:lang w:val="pl-PL"/>
        </w:rPr>
        <w:t>Nagrody i prezentacja opowieści</w:t>
      </w:r>
    </w:p>
    <w:p w14:paraId="68AEB261" w14:textId="3B377B72" w:rsidR="00174969" w:rsidRPr="00174969" w:rsidRDefault="00C26729" w:rsidP="00174969">
      <w:pPr>
        <w:pStyle w:val="Akapitzlist"/>
        <w:numPr>
          <w:ilvl w:val="0"/>
          <w:numId w:val="21"/>
        </w:numPr>
        <w:spacing w:after="0" w:line="360" w:lineRule="auto"/>
        <w:rPr>
          <w:sz w:val="24"/>
          <w:szCs w:val="24"/>
          <w:lang w:val="pl-PL"/>
        </w:rPr>
      </w:pPr>
      <w:r w:rsidRPr="00174969">
        <w:rPr>
          <w:sz w:val="24"/>
          <w:szCs w:val="24"/>
          <w:lang w:val="pl-PL"/>
        </w:rPr>
        <w:t>W każdej kategorii k</w:t>
      </w:r>
      <w:r w:rsidR="00174969">
        <w:rPr>
          <w:sz w:val="24"/>
          <w:szCs w:val="24"/>
          <w:lang w:val="pl-PL"/>
        </w:rPr>
        <w:t>omisja przyznaje trzy miejsca (m</w:t>
      </w:r>
      <w:r w:rsidR="00174969" w:rsidRPr="00174969">
        <w:rPr>
          <w:sz w:val="24"/>
          <w:szCs w:val="24"/>
          <w:lang w:val="pl-PL"/>
        </w:rPr>
        <w:t>oże także przyznać wyróżnienia</w:t>
      </w:r>
      <w:r w:rsidR="00174969">
        <w:rPr>
          <w:sz w:val="24"/>
          <w:szCs w:val="24"/>
          <w:lang w:val="pl-PL"/>
        </w:rPr>
        <w:t>)</w:t>
      </w:r>
      <w:r w:rsidR="00174969" w:rsidRPr="00174969">
        <w:rPr>
          <w:sz w:val="24"/>
          <w:szCs w:val="24"/>
          <w:lang w:val="pl-PL"/>
        </w:rPr>
        <w:t>.</w:t>
      </w:r>
    </w:p>
    <w:p w14:paraId="4354D8A9" w14:textId="7D98C446" w:rsidR="00181F10" w:rsidRPr="00174969" w:rsidRDefault="00C26729" w:rsidP="00174969">
      <w:pPr>
        <w:pStyle w:val="Akapitzlist"/>
        <w:numPr>
          <w:ilvl w:val="0"/>
          <w:numId w:val="21"/>
        </w:numPr>
        <w:spacing w:after="0" w:line="360" w:lineRule="auto"/>
        <w:rPr>
          <w:sz w:val="24"/>
          <w:szCs w:val="24"/>
          <w:lang w:val="pl-PL"/>
        </w:rPr>
      </w:pPr>
      <w:r w:rsidRPr="00174969">
        <w:rPr>
          <w:sz w:val="24"/>
          <w:szCs w:val="24"/>
          <w:lang w:val="pl-PL"/>
        </w:rPr>
        <w:t>Wybrane teksty mogą zostać zaprezentowane na szkolnej wystawie „Jedno zdjęcie, wiele historii”</w:t>
      </w:r>
      <w:r w:rsidR="00E21447" w:rsidRPr="00174969">
        <w:rPr>
          <w:sz w:val="24"/>
          <w:szCs w:val="24"/>
          <w:lang w:val="pl-PL"/>
        </w:rPr>
        <w:t>.</w:t>
      </w:r>
    </w:p>
    <w:p w14:paraId="0736D902" w14:textId="681CBCA8" w:rsidR="003D6F4E" w:rsidRPr="00174969" w:rsidRDefault="00C26729" w:rsidP="00174969">
      <w:pPr>
        <w:pStyle w:val="Nagwek2"/>
        <w:spacing w:before="0" w:line="360" w:lineRule="auto"/>
        <w:rPr>
          <w:rFonts w:ascii="Calibri" w:hAnsi="Calibri" w:cs="Calibri"/>
          <w:sz w:val="28"/>
          <w:szCs w:val="28"/>
          <w:lang w:val="pl-PL"/>
        </w:rPr>
      </w:pPr>
      <w:r w:rsidRPr="00174969">
        <w:rPr>
          <w:rFonts w:ascii="Calibri" w:hAnsi="Calibri" w:cs="Calibri"/>
          <w:sz w:val="28"/>
          <w:szCs w:val="28"/>
          <w:lang w:val="pl-PL"/>
        </w:rPr>
        <w:lastRenderedPageBreak/>
        <w:t>Postanowienia końcowe</w:t>
      </w:r>
    </w:p>
    <w:p w14:paraId="494DAE86" w14:textId="77777777" w:rsidR="00174969" w:rsidRDefault="00C26729" w:rsidP="00174969">
      <w:pPr>
        <w:pStyle w:val="Akapitzlist"/>
        <w:numPr>
          <w:ilvl w:val="0"/>
          <w:numId w:val="22"/>
        </w:numPr>
        <w:spacing w:after="0" w:line="360" w:lineRule="auto"/>
        <w:rPr>
          <w:sz w:val="24"/>
          <w:szCs w:val="24"/>
          <w:lang w:val="pl-PL"/>
        </w:rPr>
      </w:pPr>
      <w:r w:rsidRPr="00174969">
        <w:rPr>
          <w:sz w:val="24"/>
          <w:szCs w:val="24"/>
          <w:lang w:val="pl-PL"/>
        </w:rPr>
        <w:t>Zgłoszenie pracy oznacza zapo</w:t>
      </w:r>
      <w:r w:rsidR="00174969">
        <w:rPr>
          <w:sz w:val="24"/>
          <w:szCs w:val="24"/>
          <w:lang w:val="pl-PL"/>
        </w:rPr>
        <w:t>znanie się z zasadami konkursu.</w:t>
      </w:r>
    </w:p>
    <w:p w14:paraId="5E2FD0DB" w14:textId="4C7166CC" w:rsidR="003D6F4E" w:rsidRDefault="00C26729" w:rsidP="00174969">
      <w:pPr>
        <w:pStyle w:val="Akapitzlist"/>
        <w:numPr>
          <w:ilvl w:val="0"/>
          <w:numId w:val="22"/>
        </w:numPr>
        <w:spacing w:after="0" w:line="360" w:lineRule="auto"/>
        <w:rPr>
          <w:sz w:val="24"/>
          <w:szCs w:val="24"/>
          <w:lang w:val="pl-PL"/>
        </w:rPr>
      </w:pPr>
      <w:r w:rsidRPr="00174969">
        <w:rPr>
          <w:sz w:val="24"/>
          <w:szCs w:val="24"/>
          <w:lang w:val="pl-PL"/>
        </w:rPr>
        <w:t xml:space="preserve">Pytania dotyczące </w:t>
      </w:r>
      <w:r w:rsidR="00174969">
        <w:rPr>
          <w:sz w:val="24"/>
          <w:szCs w:val="24"/>
          <w:lang w:val="pl-PL"/>
        </w:rPr>
        <w:t>przebiegu</w:t>
      </w:r>
      <w:r w:rsidRPr="00174969">
        <w:rPr>
          <w:sz w:val="24"/>
          <w:szCs w:val="24"/>
          <w:lang w:val="pl-PL"/>
        </w:rPr>
        <w:t xml:space="preserve"> </w:t>
      </w:r>
      <w:r w:rsidR="00174969">
        <w:rPr>
          <w:sz w:val="24"/>
          <w:szCs w:val="24"/>
          <w:lang w:val="pl-PL"/>
        </w:rPr>
        <w:t xml:space="preserve">konkursu </w:t>
      </w:r>
      <w:r w:rsidR="00181F10" w:rsidRPr="00174969">
        <w:rPr>
          <w:sz w:val="24"/>
          <w:szCs w:val="24"/>
          <w:lang w:val="pl-PL"/>
        </w:rPr>
        <w:t xml:space="preserve">należy kierować do </w:t>
      </w:r>
      <w:r w:rsidR="00174969">
        <w:rPr>
          <w:sz w:val="24"/>
          <w:szCs w:val="24"/>
          <w:lang w:val="pl-PL"/>
        </w:rPr>
        <w:t>organizatora konkursu</w:t>
      </w:r>
      <w:r w:rsidR="00181F10" w:rsidRPr="00174969">
        <w:rPr>
          <w:sz w:val="24"/>
          <w:szCs w:val="24"/>
          <w:lang w:val="pl-PL"/>
        </w:rPr>
        <w:t xml:space="preserve"> za pomocą </w:t>
      </w:r>
      <w:r w:rsidR="00174969">
        <w:rPr>
          <w:sz w:val="24"/>
          <w:szCs w:val="24"/>
          <w:lang w:val="pl-PL"/>
        </w:rPr>
        <w:t xml:space="preserve">dziennika elektronicznego - </w:t>
      </w:r>
      <w:proofErr w:type="spellStart"/>
      <w:r w:rsidR="00174969">
        <w:rPr>
          <w:sz w:val="24"/>
          <w:szCs w:val="24"/>
          <w:lang w:val="pl-PL"/>
        </w:rPr>
        <w:t>Librus</w:t>
      </w:r>
      <w:proofErr w:type="spellEnd"/>
      <w:r w:rsidR="00174969">
        <w:rPr>
          <w:sz w:val="24"/>
          <w:szCs w:val="24"/>
          <w:lang w:val="pl-PL"/>
        </w:rPr>
        <w:t>.</w:t>
      </w:r>
    </w:p>
    <w:p w14:paraId="35816F63" w14:textId="3C764D89" w:rsidR="00174969" w:rsidRDefault="00174969" w:rsidP="00174969">
      <w:pPr>
        <w:pStyle w:val="Nagwek2"/>
        <w:spacing w:before="0" w:line="360" w:lineRule="auto"/>
        <w:rPr>
          <w:rFonts w:ascii="Calibri" w:hAnsi="Calibri" w:cs="Calibri"/>
          <w:sz w:val="28"/>
          <w:szCs w:val="28"/>
          <w:lang w:val="pl-PL"/>
        </w:rPr>
      </w:pPr>
      <w:r w:rsidRPr="00174969">
        <w:rPr>
          <w:rFonts w:ascii="Calibri" w:hAnsi="Calibri" w:cs="Calibri"/>
          <w:sz w:val="28"/>
          <w:szCs w:val="28"/>
          <w:lang w:val="pl-PL"/>
        </w:rPr>
        <w:t>Organizator konkursu</w:t>
      </w:r>
    </w:p>
    <w:p w14:paraId="218963FA" w14:textId="68C61692" w:rsidR="00174969" w:rsidRPr="00174969" w:rsidRDefault="00174969" w:rsidP="00174969">
      <w:pPr>
        <w:pStyle w:val="Akapitzlist"/>
        <w:numPr>
          <w:ilvl w:val="0"/>
          <w:numId w:val="23"/>
        </w:numPr>
        <w:rPr>
          <w:sz w:val="24"/>
          <w:szCs w:val="24"/>
          <w:lang w:val="pl-PL"/>
        </w:rPr>
      </w:pPr>
      <w:r w:rsidRPr="00174969">
        <w:rPr>
          <w:sz w:val="24"/>
          <w:szCs w:val="24"/>
          <w:lang w:val="pl-PL"/>
        </w:rPr>
        <w:t xml:space="preserve">Małgorzata </w:t>
      </w:r>
      <w:proofErr w:type="spellStart"/>
      <w:r w:rsidRPr="00174969">
        <w:rPr>
          <w:sz w:val="24"/>
          <w:szCs w:val="24"/>
          <w:lang w:val="pl-PL"/>
        </w:rPr>
        <w:t>Okieńczyc</w:t>
      </w:r>
      <w:proofErr w:type="spellEnd"/>
      <w:r w:rsidRPr="00174969">
        <w:rPr>
          <w:sz w:val="24"/>
          <w:szCs w:val="24"/>
          <w:lang w:val="pl-PL"/>
        </w:rPr>
        <w:t xml:space="preserve"> - sala nr 26.</w:t>
      </w:r>
    </w:p>
    <w:sectPr w:rsidR="00174969" w:rsidRPr="00174969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942887"/>
    <w:multiLevelType w:val="hybridMultilevel"/>
    <w:tmpl w:val="1870D7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3C7FD5"/>
    <w:multiLevelType w:val="hybridMultilevel"/>
    <w:tmpl w:val="ABD824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474C5A"/>
    <w:multiLevelType w:val="hybridMultilevel"/>
    <w:tmpl w:val="9B466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C1157"/>
    <w:multiLevelType w:val="hybridMultilevel"/>
    <w:tmpl w:val="CEF885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7932FF"/>
    <w:multiLevelType w:val="hybridMultilevel"/>
    <w:tmpl w:val="50460F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9E2881"/>
    <w:multiLevelType w:val="hybridMultilevel"/>
    <w:tmpl w:val="1870D7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C23832"/>
    <w:multiLevelType w:val="hybridMultilevel"/>
    <w:tmpl w:val="16701A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1458B4"/>
    <w:multiLevelType w:val="hybridMultilevel"/>
    <w:tmpl w:val="8C74B4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26264E"/>
    <w:multiLevelType w:val="hybridMultilevel"/>
    <w:tmpl w:val="67988B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5E263B"/>
    <w:multiLevelType w:val="hybridMultilevel"/>
    <w:tmpl w:val="9F2AB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327C7B"/>
    <w:multiLevelType w:val="hybridMultilevel"/>
    <w:tmpl w:val="92B25A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49547D"/>
    <w:multiLevelType w:val="hybridMultilevel"/>
    <w:tmpl w:val="EC7A8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EA04F8"/>
    <w:multiLevelType w:val="hybridMultilevel"/>
    <w:tmpl w:val="53F08F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E43D61"/>
    <w:multiLevelType w:val="hybridMultilevel"/>
    <w:tmpl w:val="F1CE2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6"/>
  </w:num>
  <w:num w:numId="11">
    <w:abstractNumId w:val="9"/>
  </w:num>
  <w:num w:numId="12">
    <w:abstractNumId w:val="11"/>
  </w:num>
  <w:num w:numId="13">
    <w:abstractNumId w:val="20"/>
  </w:num>
  <w:num w:numId="14">
    <w:abstractNumId w:val="14"/>
  </w:num>
  <w:num w:numId="15">
    <w:abstractNumId w:val="19"/>
  </w:num>
  <w:num w:numId="16">
    <w:abstractNumId w:val="15"/>
  </w:num>
  <w:num w:numId="17">
    <w:abstractNumId w:val="13"/>
  </w:num>
  <w:num w:numId="18">
    <w:abstractNumId w:val="21"/>
  </w:num>
  <w:num w:numId="19">
    <w:abstractNumId w:val="18"/>
  </w:num>
  <w:num w:numId="20">
    <w:abstractNumId w:val="22"/>
  </w:num>
  <w:num w:numId="21">
    <w:abstractNumId w:val="10"/>
  </w:num>
  <w:num w:numId="22">
    <w:abstractNumId w:val="17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1CB7"/>
    <w:rsid w:val="0006063C"/>
    <w:rsid w:val="00065E6C"/>
    <w:rsid w:val="00076B46"/>
    <w:rsid w:val="0015074B"/>
    <w:rsid w:val="00174969"/>
    <w:rsid w:val="00181F10"/>
    <w:rsid w:val="0029639D"/>
    <w:rsid w:val="002968FD"/>
    <w:rsid w:val="0031273B"/>
    <w:rsid w:val="00326F90"/>
    <w:rsid w:val="00336BC1"/>
    <w:rsid w:val="003D6F4E"/>
    <w:rsid w:val="00410162"/>
    <w:rsid w:val="004D10DD"/>
    <w:rsid w:val="00622F5B"/>
    <w:rsid w:val="0092251E"/>
    <w:rsid w:val="00A54F3A"/>
    <w:rsid w:val="00AA1D8D"/>
    <w:rsid w:val="00B27079"/>
    <w:rsid w:val="00B47730"/>
    <w:rsid w:val="00C26729"/>
    <w:rsid w:val="00CB0664"/>
    <w:rsid w:val="00CB4562"/>
    <w:rsid w:val="00E103D1"/>
    <w:rsid w:val="00E21447"/>
    <w:rsid w:val="00EA1E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55E192"/>
  <w14:defaultImageDpi w14:val="300"/>
  <w15:docId w15:val="{17F86676-4CA7-AA41-9803-775A4CE7B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 w:line="254" w:lineRule="auto"/>
    </w:pPr>
    <w:rPr>
      <w:rFonts w:ascii="Calibri" w:hAnsi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/>
      <w:i/>
      <w:iCs/>
      <w:spacing w:val="15"/>
      <w:sz w:val="28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846770-20D7-4EC1-9360-49F9EAFC4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492</Words>
  <Characters>2958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Regulamin konkursu literackiego Co się tutaj wydarzyło</vt:lpstr>
      <vt:lpstr/>
    </vt:vector>
  </TitlesOfParts>
  <Manager/>
  <Company/>
  <LinksUpToDate>false</LinksUpToDate>
  <CharactersWithSpaces>3444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literackiego Co się tutaj wydarzyło</dc:title>
  <dc:subject/>
  <dc:creator>Małgorzata Okieńczyc</dc:creator>
  <cp:keywords/>
  <dc:description>generated by python-docx</dc:description>
  <cp:lastModifiedBy>user</cp:lastModifiedBy>
  <cp:revision>8</cp:revision>
  <dcterms:created xsi:type="dcterms:W3CDTF">2026-10-20T08:21:00Z</dcterms:created>
  <dcterms:modified xsi:type="dcterms:W3CDTF">2026-10-20T08:24:00Z</dcterms:modified>
  <cp:category/>
</cp:coreProperties>
</file>